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right"/>
      </w:pPr>
      <w:r>
        <w:rPr>
          <w:b w:val="0"/>
        </w:rPr>
        <w:t>Директору ЧУ ДПО «Тамбовский УПК»</w:t>
      </w:r>
    </w:p>
    <w:p>
      <w:pPr>
        <w:spacing w:after="0"/>
        <w:jc w:val="right"/>
      </w:pPr>
      <w:r>
        <w:rPr>
          <w:b w:val="0"/>
        </w:rPr>
        <w:t>Г. С. Арутюнян</w:t>
      </w:r>
    </w:p>
    <w:p>
      <w:pPr>
        <w:spacing w:after="0"/>
        <w:jc w:val="right"/>
      </w:pPr>
      <w:r>
        <w:rPr>
          <w:b w:val="0"/>
        </w:rPr>
        <w:t>от ______________________________</w:t>
      </w:r>
    </w:p>
    <w:p>
      <w:pPr>
        <w:spacing w:after="0"/>
        <w:jc w:val="right"/>
      </w:pPr>
      <w:r>
        <w:rPr>
          <w:b w:val="0"/>
        </w:rPr>
        <w:t>(Ф. И. О., должность работника)</w:t>
      </w:r>
    </w:p>
    <w:p>
      <w:pPr>
        <w:spacing w:after="40"/>
        <w:jc w:val="center"/>
      </w:pPr>
      <w:r>
        <w:rPr>
          <w:b/>
        </w:rPr>
        <w:t>УВЕДОМЛЕНИЕ</w:t>
      </w:r>
    </w:p>
    <w:p>
      <w:pPr>
        <w:spacing w:after="40"/>
        <w:jc w:val="center"/>
      </w:pPr>
      <w:r>
        <w:rPr>
          <w:b/>
        </w:rPr>
        <w:t>о факте обращения в целях склонения работника к совершению коррупционных правонарушений</w:t>
      </w:r>
    </w:p>
    <w:p>
      <w:pPr>
        <w:spacing w:after="120"/>
        <w:jc w:val="both"/>
      </w:pPr>
      <w:r>
        <w:rPr>
          <w:b w:val="0"/>
        </w:rPr>
        <w:t>Сообщаю, что:</w:t>
      </w:r>
    </w:p>
    <w:p>
      <w:pPr>
        <w:spacing w:after="120"/>
        <w:jc w:val="left"/>
      </w:pPr>
      <w:r>
        <w:rPr>
          <w:b w:val="0"/>
        </w:rPr>
        <w:t>1. ____________________________________________________________</w:t>
      </w:r>
    </w:p>
    <w:p>
      <w:pPr>
        <w:spacing w:after="120"/>
        <w:jc w:val="both"/>
      </w:pPr>
      <w:r>
        <w:rPr>
          <w:b w:val="0"/>
        </w:rPr>
        <w:t>(описание обстоятельств, при которых стало известно о случаях обращения к работнику в связи с исполнением им должностных обязанностей каких-либо лиц в целях склонения его к совершению коррупционных правонарушений: дата, место, время, другие условия)</w:t>
      </w:r>
    </w:p>
    <w:p>
      <w:pPr>
        <w:spacing w:after="120"/>
        <w:jc w:val="left"/>
      </w:pPr>
      <w:r>
        <w:rPr>
          <w:b w:val="0"/>
        </w:rPr>
        <w:t>2. ____________________________________________________________</w:t>
      </w:r>
    </w:p>
    <w:p>
      <w:pPr>
        <w:spacing w:after="120"/>
        <w:jc w:val="both"/>
      </w:pPr>
      <w:r>
        <w:rPr>
          <w:b w:val="0"/>
        </w:rPr>
        <w:t>(подробные сведения о коррупционных правонарушениях, которые должен был бы совершить работник по просьбе обратившихся лиц)</w:t>
      </w:r>
    </w:p>
    <w:p>
      <w:pPr>
        <w:spacing w:after="120"/>
        <w:jc w:val="left"/>
      </w:pPr>
      <w:r>
        <w:rPr>
          <w:b w:val="0"/>
        </w:rPr>
        <w:t>3. ____________________________________________________________</w:t>
      </w:r>
    </w:p>
    <w:p>
      <w:pPr>
        <w:spacing w:after="120"/>
        <w:jc w:val="both"/>
      </w:pPr>
      <w:r>
        <w:rPr>
          <w:b w:val="0"/>
        </w:rPr>
        <w:t>(все известные сведения о физическом (юридическом) лице, склоняющем к коррупционному правонарушению)</w:t>
      </w:r>
    </w:p>
    <w:p>
      <w:pPr>
        <w:spacing w:after="120"/>
        <w:jc w:val="left"/>
      </w:pPr>
      <w:r>
        <w:rPr>
          <w:b w:val="0"/>
        </w:rPr>
        <w:t>4. ____________________________________________________________</w:t>
      </w:r>
    </w:p>
    <w:p>
      <w:pPr>
        <w:spacing w:after="120"/>
        <w:jc w:val="both"/>
      </w:pPr>
      <w:r>
        <w:rPr>
          <w:b w:val="0"/>
        </w:rPr>
        <w:t>(способ и обстоятельства склонения к коррупционному правонарушению: подкуп, угроза, обман и т. д., а также информация об отказе (согласии) принять предложение лица о совершении коррупционного правонарушения)</w:t>
      </w:r>
    </w:p>
    <w:p>
      <w:pPr>
        <w:spacing w:after="200"/>
      </w:pPr>
      <w:r>
        <w:rPr>
          <w:b w:val="0"/>
        </w:rPr>
        <w:t>«___» ____________ 20___ г.        ____________ / ______________________</w:t>
      </w:r>
    </w:p>
    <w:p>
      <w:pPr>
        <w:spacing w:after="120"/>
        <w:jc w:val="left"/>
      </w:pPr>
      <w:r>
        <w:rPr>
          <w:b w:val="0"/>
        </w:rPr>
        <w:t>Уведомление зарегистрировано в журнале регистрации «___» ____________ 20___ г. № ______</w:t>
      </w:r>
    </w:p>
    <w:p>
      <w:pPr>
        <w:spacing w:after="200"/>
      </w:pPr>
      <w:r>
        <w:rPr>
          <w:b w:val="0"/>
        </w:rPr>
        <w:t>____________ / ______________________ (подпись, Ф. И. О. лица, принявшего уведомление)</w:t>
      </w:r>
    </w:p>
    <w:sectPr w:rsidR="00FC693F" w:rsidRPr="0006063C" w:rsidSect="00034616">
      <w:pgSz w:w="11906" w:h="16838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