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rPr>
          <w:b w:val="0"/>
        </w:rPr>
        <w:t>Директору ЧУ ДПО «Тамбовский УПК»</w:t>
      </w:r>
    </w:p>
    <w:p>
      <w:pPr>
        <w:spacing w:after="0"/>
        <w:jc w:val="right"/>
      </w:pPr>
      <w:r>
        <w:rPr>
          <w:b w:val="0"/>
        </w:rPr>
        <w:t>Г. С. Арутюнян</w:t>
      </w:r>
    </w:p>
    <w:p>
      <w:pPr>
        <w:spacing w:after="0"/>
        <w:jc w:val="right"/>
      </w:pPr>
      <w:r>
        <w:rPr>
          <w:b w:val="0"/>
        </w:rPr>
        <w:t>от ______________________________</w:t>
      </w:r>
    </w:p>
    <w:p>
      <w:pPr>
        <w:spacing w:after="0"/>
        <w:jc w:val="right"/>
      </w:pPr>
      <w:r>
        <w:rPr>
          <w:b w:val="0"/>
        </w:rPr>
        <w:t>______________________________</w:t>
      </w:r>
    </w:p>
    <w:p>
      <w:pPr>
        <w:spacing w:after="0"/>
        <w:jc w:val="right"/>
      </w:pPr>
      <w:r>
        <w:rPr>
          <w:b w:val="0"/>
        </w:rPr>
        <w:t>(фамилия, имя, отчество)</w:t>
      </w:r>
    </w:p>
    <w:p>
      <w:pPr>
        <w:spacing w:after="40"/>
        <w:jc w:val="center"/>
      </w:pPr>
      <w:r>
        <w:rPr>
          <w:b/>
        </w:rPr>
        <w:t>ЗАЯВЛЕНИЕ</w:t>
      </w:r>
    </w:p>
    <w:p>
      <w:pPr>
        <w:spacing w:after="120"/>
        <w:jc w:val="left"/>
      </w:pPr>
      <w:r>
        <w:rPr>
          <w:b w:val="0"/>
        </w:rPr>
        <w:t>Прошу принять меня на обучение по основной программе профессионального обучения: ____________________________________________________________</w:t>
      </w:r>
    </w:p>
    <w:p>
      <w:pPr>
        <w:spacing w:after="120"/>
        <w:jc w:val="both"/>
      </w:pPr>
      <w:r>
        <w:rPr>
          <w:b w:val="0"/>
        </w:rPr>
        <w:t>(наименование программы, категория)</w:t>
      </w:r>
    </w:p>
    <w:p>
      <w:pPr>
        <w:spacing w:after="120"/>
        <w:jc w:val="both"/>
      </w:pPr>
      <w:r>
        <w:rPr>
          <w:b w:val="0"/>
        </w:rPr>
        <w:t>Форма обучения: очная.</w:t>
      </w:r>
    </w:p>
    <w:p>
      <w:pPr>
        <w:spacing w:after="120"/>
        <w:jc w:val="both"/>
      </w:pPr>
      <w:r>
        <w:rPr>
          <w:b w:val="0"/>
        </w:rPr>
        <w:t>О себе сообщаю: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</w:tcPr>
          <w:p>
            <w:r>
              <w:rPr>
                <w:b/>
              </w:rPr>
              <w:t>Сведения</w:t>
            </w:r>
          </w:p>
        </w:tc>
        <w:tc>
          <w:tcPr>
            <w:tcW w:type="dxa" w:w="4677"/>
          </w:tcPr>
          <w:p>
            <w:r>
              <w:rPr>
                <w:b/>
              </w:rPr>
              <w:t>Заполняет поступающий</w:t>
            </w:r>
          </w:p>
        </w:tc>
      </w:tr>
      <w:tr>
        <w:tc>
          <w:tcPr>
            <w:tcW w:type="dxa" w:w="4677"/>
          </w:tcPr>
          <w:p>
            <w:r>
              <w:t>Фамилия, имя, отчество</w:t>
            </w:r>
          </w:p>
        </w:tc>
        <w:tc>
          <w:tcPr>
            <w:tcW w:type="dxa" w:w="4677"/>
          </w:tcPr>
          <w:p>
            <w:r/>
          </w:p>
        </w:tc>
      </w:tr>
      <w:tr>
        <w:tc>
          <w:tcPr>
            <w:tcW w:type="dxa" w:w="4677"/>
          </w:tcPr>
          <w:p>
            <w:r>
              <w:t>Дата и место рождения</w:t>
            </w:r>
          </w:p>
        </w:tc>
        <w:tc>
          <w:tcPr>
            <w:tcW w:type="dxa" w:w="4677"/>
          </w:tcPr>
          <w:p>
            <w:r/>
          </w:p>
        </w:tc>
      </w:tr>
      <w:tr>
        <w:tc>
          <w:tcPr>
            <w:tcW w:type="dxa" w:w="4677"/>
          </w:tcPr>
          <w:p>
            <w:r>
              <w:t>Гражданство</w:t>
            </w:r>
          </w:p>
        </w:tc>
        <w:tc>
          <w:tcPr>
            <w:tcW w:type="dxa" w:w="4677"/>
          </w:tcPr>
          <w:p>
            <w:r/>
          </w:p>
        </w:tc>
      </w:tr>
      <w:tr>
        <w:tc>
          <w:tcPr>
            <w:tcW w:type="dxa" w:w="4677"/>
          </w:tcPr>
          <w:p>
            <w:r>
              <w:t>Паспорт: серия, номер, кем и когда выдан</w:t>
            </w:r>
          </w:p>
        </w:tc>
        <w:tc>
          <w:tcPr>
            <w:tcW w:type="dxa" w:w="4677"/>
          </w:tcPr>
          <w:p>
            <w:r/>
          </w:p>
        </w:tc>
      </w:tr>
      <w:tr>
        <w:tc>
          <w:tcPr>
            <w:tcW w:type="dxa" w:w="4677"/>
          </w:tcPr>
          <w:p>
            <w:r>
              <w:t>Адрес регистрации</w:t>
            </w:r>
          </w:p>
        </w:tc>
        <w:tc>
          <w:tcPr>
            <w:tcW w:type="dxa" w:w="4677"/>
          </w:tcPr>
          <w:p>
            <w:r/>
          </w:p>
        </w:tc>
      </w:tr>
      <w:tr>
        <w:tc>
          <w:tcPr>
            <w:tcW w:type="dxa" w:w="4677"/>
          </w:tcPr>
          <w:p>
            <w:r>
              <w:t>Адрес проживания</w:t>
            </w:r>
          </w:p>
        </w:tc>
        <w:tc>
          <w:tcPr>
            <w:tcW w:type="dxa" w:w="4677"/>
          </w:tcPr>
          <w:p>
            <w:r/>
          </w:p>
        </w:tc>
      </w:tr>
      <w:tr>
        <w:tc>
          <w:tcPr>
            <w:tcW w:type="dxa" w:w="4677"/>
          </w:tcPr>
          <w:p>
            <w:r>
              <w:t>Телефон, e-mail</w:t>
            </w:r>
          </w:p>
        </w:tc>
        <w:tc>
          <w:tcPr>
            <w:tcW w:type="dxa" w:w="4677"/>
          </w:tcPr>
          <w:p>
            <w:r/>
          </w:p>
        </w:tc>
      </w:tr>
      <w:tr>
        <w:tc>
          <w:tcPr>
            <w:tcW w:type="dxa" w:w="4677"/>
          </w:tcPr>
          <w:p>
            <w:r>
              <w:t>СНИЛС</w:t>
            </w:r>
          </w:p>
        </w:tc>
        <w:tc>
          <w:tcPr>
            <w:tcW w:type="dxa" w:w="4677"/>
          </w:tcPr>
          <w:p>
            <w:r/>
          </w:p>
        </w:tc>
      </w:tr>
      <w:tr>
        <w:tc>
          <w:tcPr>
            <w:tcW w:type="dxa" w:w="4677"/>
          </w:tcPr>
          <w:p>
            <w:r>
              <w:t>Образование (документ, год окончания)</w:t>
            </w:r>
          </w:p>
        </w:tc>
        <w:tc>
          <w:tcPr>
            <w:tcW w:type="dxa" w:w="4677"/>
          </w:tcPr>
          <w:p>
            <w:r/>
          </w:p>
        </w:tc>
      </w:tr>
      <w:tr>
        <w:tc>
          <w:tcPr>
            <w:tcW w:type="dxa" w:w="4677"/>
          </w:tcPr>
          <w:p>
            <w:r>
              <w:t>Водительское удостоверение / удостоверение тракториста-машиниста (для переподготовки)</w:t>
            </w:r>
          </w:p>
        </w:tc>
        <w:tc>
          <w:tcPr>
            <w:tcW w:type="dxa" w:w="4677"/>
          </w:tcPr>
          <w:p>
            <w:r/>
          </w:p>
        </w:tc>
      </w:tr>
      <w:tr>
        <w:tc>
          <w:tcPr>
            <w:tcW w:type="dxa" w:w="4677"/>
          </w:tcPr>
          <w:p>
            <w:r>
              <w:t>Медицинское заключение: серия, номер, дата</w:t>
            </w:r>
          </w:p>
        </w:tc>
        <w:tc>
          <w:tcPr>
            <w:tcW w:type="dxa" w:w="4677"/>
          </w:tcPr>
          <w:p>
            <w:r/>
          </w:p>
        </w:tc>
      </w:tr>
      <w:tr>
        <w:tc>
          <w:tcPr>
            <w:tcW w:type="dxa" w:w="4677"/>
          </w:tcPr>
          <w:p>
            <w:r>
              <w:t>Кто оплачивает обучение (сам / организация)</w:t>
            </w:r>
          </w:p>
        </w:tc>
        <w:tc>
          <w:tcPr>
            <w:tcW w:type="dxa" w:w="4677"/>
          </w:tcPr>
          <w:p>
            <w:r/>
          </w:p>
        </w:tc>
      </w:tr>
    </w:tbl>
    <w:p>
      <w:pPr>
        <w:spacing w:after="120"/>
      </w:pPr>
      <w:r>
        <w:rPr>
          <w:b w:val="0"/>
        </w:rPr>
      </w:r>
    </w:p>
    <w:p>
      <w:pPr>
        <w:spacing w:after="120"/>
        <w:jc w:val="both"/>
      </w:pPr>
      <w:r>
        <w:rPr>
          <w:b w:val="0"/>
        </w:rPr>
        <w:t>С Уставом, лицензией на осуществление образовательной деятельности, образовательной программой, Правилами внутреннего распорядка обучающихся, Положением о порядке оказания платных образовательных услуг и стоимостью обучения ознакомлен(а).</w:t>
      </w:r>
    </w:p>
    <w:p>
      <w:pPr>
        <w:spacing w:after="200"/>
      </w:pPr>
      <w:r>
        <w:rPr>
          <w:b w:val="0"/>
        </w:rPr>
        <w:t>____________ (подпись)</w:t>
      </w:r>
    </w:p>
    <w:p>
      <w:pPr>
        <w:spacing w:after="120"/>
        <w:jc w:val="both"/>
      </w:pPr>
      <w:r>
        <w:rPr>
          <w:b w:val="0"/>
        </w:rPr>
        <w:t>Согласие на обработку персональных данных, в том числе сведений о состоянии здоровья, оформляется отдельным документом.</w:t>
      </w:r>
    </w:p>
    <w:p>
      <w:pPr>
        <w:spacing w:after="120"/>
        <w:jc w:val="both"/>
      </w:pPr>
      <w:r>
        <w:rPr>
          <w:b w:val="0"/>
        </w:rPr>
        <w:t>Для лиц моложе 18 лет: с поступлением на обучение согласен(на)</w:t>
      </w:r>
    </w:p>
    <w:p>
      <w:pPr>
        <w:spacing w:after="120"/>
        <w:jc w:val="left"/>
      </w:pPr>
      <w:r>
        <w:rPr>
          <w:b w:val="0"/>
        </w:rPr>
        <w:t>____________________________________________________________ (Ф. И. О. родителя или законного представителя)        ____________ (подпись)</w:t>
      </w:r>
    </w:p>
    <w:p>
      <w:pPr>
        <w:spacing w:after="200"/>
      </w:pPr>
      <w:r>
        <w:rPr>
          <w:b w:val="0"/>
        </w:rPr>
        <w:t>«___» ____________ 20___ г.        ____________ / ______________________</w:t>
      </w:r>
    </w:p>
    <w:sectPr w:rsidR="00FC693F" w:rsidRPr="0006063C" w:rsidSect="00034616"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